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C3F99" w14:textId="77777777" w:rsidR="0081197A" w:rsidRPr="00C5485D" w:rsidRDefault="009D6EB5" w:rsidP="0081197A">
      <w:pPr>
        <w:pStyle w:val="Titolo"/>
        <w:jc w:val="both"/>
        <w:rPr>
          <w:rFonts w:ascii="Times New Roman" w:hAnsi="Times New Roman" w:cs="Times New Roman"/>
          <w:color w:val="000000" w:themeColor="text1"/>
          <w:sz w:val="24"/>
          <w:szCs w:val="24"/>
          <w:lang w:val="it-IT"/>
        </w:rPr>
      </w:pPr>
      <w:r w:rsidRPr="00C5485D">
        <w:rPr>
          <w:rFonts w:ascii="Times New Roman" w:hAnsi="Times New Roman" w:cs="Times New Roman"/>
          <w:color w:val="000000" w:themeColor="text1"/>
          <w:sz w:val="24"/>
          <w:szCs w:val="24"/>
          <w:lang w:val="it-IT"/>
        </w:rPr>
        <w:t>ALLEGATO A – DOMANDA DI PARTECIPAZIONE</w:t>
      </w:r>
    </w:p>
    <w:p w14:paraId="40110D21" w14:textId="035D9725" w:rsidR="00FB4C59" w:rsidRPr="00C5485D" w:rsidRDefault="009D6EB5" w:rsidP="00C5485D">
      <w:pPr>
        <w:pStyle w:val="Titolo"/>
        <w:tabs>
          <w:tab w:val="right" w:pos="9936"/>
        </w:tabs>
        <w:jc w:val="both"/>
        <w:rPr>
          <w:rFonts w:ascii="Times New Roman" w:hAnsi="Times New Roman" w:cs="Times New Roman"/>
          <w:color w:val="000000" w:themeColor="text1"/>
          <w:sz w:val="24"/>
          <w:szCs w:val="24"/>
          <w:lang w:val="it-IT"/>
        </w:rPr>
      </w:pPr>
      <w:r w:rsidRPr="00C5485D">
        <w:rPr>
          <w:rFonts w:ascii="Times New Roman" w:hAnsi="Times New Roman" w:cs="Times New Roman"/>
          <w:color w:val="000000" w:themeColor="text1"/>
          <w:sz w:val="24"/>
          <w:szCs w:val="24"/>
          <w:lang w:val="it-IT"/>
        </w:rPr>
        <w:t>e dichiarazioni sostitutive</w:t>
      </w:r>
      <w:r w:rsidR="00C5485D">
        <w:rPr>
          <w:rFonts w:ascii="Times New Roman" w:hAnsi="Times New Roman" w:cs="Times New Roman"/>
          <w:color w:val="000000" w:themeColor="text1"/>
          <w:sz w:val="24"/>
          <w:szCs w:val="24"/>
          <w:lang w:val="it-IT"/>
        </w:rPr>
        <w:tab/>
      </w:r>
    </w:p>
    <w:p w14:paraId="69317C35" w14:textId="77777777" w:rsidR="00FB4C59" w:rsidRPr="00C5485D" w:rsidRDefault="009D6EB5" w:rsidP="00C5485D">
      <w:pPr>
        <w:rPr>
          <w:rFonts w:ascii="Times New Roman" w:hAnsi="Times New Roman" w:cs="Times New Roman"/>
          <w:sz w:val="24"/>
          <w:szCs w:val="24"/>
          <w:lang w:val="it-IT"/>
        </w:rPr>
      </w:pPr>
      <w:r w:rsidRPr="00C5485D">
        <w:rPr>
          <w:rFonts w:ascii="Times New Roman" w:hAnsi="Times New Roman" w:cs="Times New Roman"/>
          <w:b/>
          <w:sz w:val="24"/>
          <w:szCs w:val="24"/>
          <w:lang w:val="it-IT"/>
        </w:rPr>
        <w:t>Asta pubblica per l’alienazione dell’immobile comunale denominato “Antico poligono di tiro”</w:t>
      </w:r>
    </w:p>
    <w:p w14:paraId="2A76F990" w14:textId="77777777" w:rsidR="00FB4C59" w:rsidRPr="00C5485D" w:rsidRDefault="009D6EB5" w:rsidP="0081197A">
      <w:pPr>
        <w:jc w:val="center"/>
        <w:rPr>
          <w:rFonts w:ascii="Times New Roman" w:hAnsi="Times New Roman" w:cs="Times New Roman"/>
          <w:sz w:val="24"/>
          <w:szCs w:val="24"/>
          <w:lang w:val="it-IT"/>
        </w:rPr>
      </w:pPr>
      <w:r w:rsidRPr="00C5485D">
        <w:rPr>
          <w:rFonts w:ascii="Times New Roman" w:hAnsi="Times New Roman" w:cs="Times New Roman"/>
          <w:b/>
          <w:sz w:val="24"/>
          <w:szCs w:val="24"/>
          <w:lang w:val="it-IT"/>
        </w:rPr>
        <w:t>Da inserire nella BUSTA A – DOCUMENTAZIONE AMMINISTRATIVA</w:t>
      </w:r>
    </w:p>
    <w:p w14:paraId="2E014349" w14:textId="77777777" w:rsidR="003307EC" w:rsidRDefault="003307EC" w:rsidP="003307EC">
      <w:pPr>
        <w:jc w:val="right"/>
        <w:rPr>
          <w:rFonts w:ascii="Times New Roman" w:hAnsi="Times New Roman" w:cs="Times New Roman"/>
          <w:sz w:val="24"/>
          <w:szCs w:val="24"/>
        </w:rPr>
      </w:pPr>
    </w:p>
    <w:p w14:paraId="3150C9E7" w14:textId="17EE5A0C" w:rsidR="00FB4C59" w:rsidRPr="0081197A" w:rsidRDefault="009D6EB5" w:rsidP="003307EC">
      <w:pPr>
        <w:jc w:val="right"/>
        <w:rPr>
          <w:rFonts w:ascii="Times New Roman" w:hAnsi="Times New Roman" w:cs="Times New Roman"/>
          <w:sz w:val="24"/>
          <w:szCs w:val="24"/>
        </w:rPr>
      </w:pPr>
      <w:r w:rsidRPr="0081197A">
        <w:rPr>
          <w:rFonts w:ascii="Times New Roman" w:hAnsi="Times New Roman" w:cs="Times New Roman"/>
          <w:sz w:val="24"/>
          <w:szCs w:val="24"/>
        </w:rPr>
        <w:t>Al Comune di Castelnuovo Don Bosco</w:t>
      </w:r>
      <w:r w:rsidRPr="0081197A">
        <w:rPr>
          <w:rFonts w:ascii="Times New Roman" w:hAnsi="Times New Roman" w:cs="Times New Roman"/>
          <w:sz w:val="24"/>
          <w:szCs w:val="24"/>
        </w:rPr>
        <w:br/>
        <w:t>Ufficio Protocollo</w:t>
      </w:r>
      <w:r w:rsidRPr="0081197A">
        <w:rPr>
          <w:rFonts w:ascii="Times New Roman" w:hAnsi="Times New Roman" w:cs="Times New Roman"/>
          <w:sz w:val="24"/>
          <w:szCs w:val="24"/>
        </w:rPr>
        <w:br/>
        <w:t>Via Roma, n. 12 – 14030 Castelnuovo Don Bosco (AT)</w:t>
      </w:r>
    </w:p>
    <w:p w14:paraId="035E6C6D" w14:textId="77777777" w:rsidR="00FB4C59" w:rsidRPr="003307EC" w:rsidRDefault="009D6EB5" w:rsidP="0081197A">
      <w:pPr>
        <w:pStyle w:val="Titolo1"/>
        <w:jc w:val="both"/>
        <w:rPr>
          <w:rFonts w:ascii="Times New Roman" w:hAnsi="Times New Roman" w:cs="Times New Roman"/>
          <w:color w:val="000000" w:themeColor="text1"/>
          <w:sz w:val="24"/>
          <w:szCs w:val="24"/>
        </w:rPr>
      </w:pPr>
      <w:r w:rsidRPr="003307EC">
        <w:rPr>
          <w:rFonts w:ascii="Times New Roman" w:hAnsi="Times New Roman" w:cs="Times New Roman"/>
          <w:color w:val="000000" w:themeColor="text1"/>
          <w:sz w:val="24"/>
          <w:szCs w:val="24"/>
        </w:rPr>
        <w:t>1. Dati del concorrente</w:t>
      </w:r>
    </w:p>
    <w:p w14:paraId="58724C57" w14:textId="77777777" w:rsidR="00FB4C59" w:rsidRPr="0081197A" w:rsidRDefault="009D6EB5" w:rsidP="0081197A">
      <w:pPr>
        <w:jc w:val="both"/>
        <w:rPr>
          <w:rFonts w:ascii="Times New Roman" w:hAnsi="Times New Roman" w:cs="Times New Roman"/>
          <w:sz w:val="24"/>
          <w:szCs w:val="24"/>
        </w:rPr>
      </w:pPr>
      <w:r w:rsidRPr="0081197A">
        <w:rPr>
          <w:rFonts w:ascii="Segoe UI Symbol" w:hAnsi="Segoe UI Symbol" w:cs="Segoe UI Symbol"/>
          <w:sz w:val="24"/>
          <w:szCs w:val="24"/>
        </w:rPr>
        <w:t>☐</w:t>
      </w:r>
      <w:r w:rsidRPr="0081197A">
        <w:rPr>
          <w:rFonts w:ascii="Times New Roman" w:hAnsi="Times New Roman" w:cs="Times New Roman"/>
          <w:sz w:val="24"/>
          <w:szCs w:val="24"/>
        </w:rPr>
        <w:t xml:space="preserve">  Persona fisica</w:t>
      </w:r>
    </w:p>
    <w:p w14:paraId="33E78F08" w14:textId="77777777" w:rsidR="00FB4C59" w:rsidRPr="0081197A" w:rsidRDefault="009D6EB5" w:rsidP="0081197A">
      <w:pPr>
        <w:jc w:val="both"/>
        <w:rPr>
          <w:rFonts w:ascii="Times New Roman" w:hAnsi="Times New Roman" w:cs="Times New Roman"/>
          <w:sz w:val="24"/>
          <w:szCs w:val="24"/>
        </w:rPr>
      </w:pPr>
      <w:r w:rsidRPr="0081197A">
        <w:rPr>
          <w:rFonts w:ascii="Segoe UI Symbol" w:hAnsi="Segoe UI Symbol" w:cs="Segoe UI Symbol"/>
          <w:sz w:val="24"/>
          <w:szCs w:val="24"/>
        </w:rPr>
        <w:t>☐</w:t>
      </w:r>
      <w:r w:rsidRPr="0081197A">
        <w:rPr>
          <w:rFonts w:ascii="Times New Roman" w:hAnsi="Times New Roman" w:cs="Times New Roman"/>
          <w:sz w:val="24"/>
          <w:szCs w:val="24"/>
        </w:rPr>
        <w:t xml:space="preserve">  Persona giuridica / ente / altro soggetto</w:t>
      </w:r>
    </w:p>
    <w:p w14:paraId="5566EF2F"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b/>
          <w:sz w:val="24"/>
          <w:szCs w:val="24"/>
        </w:rPr>
        <w:t>Il/La sottoscritto/a (nome e cognome):</w:t>
      </w:r>
    </w:p>
    <w:p w14:paraId="68F2D0A3"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________________________________________________________________________________</w:t>
      </w:r>
    </w:p>
    <w:p w14:paraId="463AF301"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b/>
          <w:sz w:val="24"/>
          <w:szCs w:val="24"/>
        </w:rPr>
        <w:t>Nato/a a:                                                              il:</w:t>
      </w:r>
    </w:p>
    <w:p w14:paraId="5E893585"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________________________________________________________________________________</w:t>
      </w:r>
    </w:p>
    <w:p w14:paraId="50D70615"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b/>
          <w:sz w:val="24"/>
          <w:szCs w:val="24"/>
        </w:rPr>
        <w:t>Codice fiscale:</w:t>
      </w:r>
    </w:p>
    <w:p w14:paraId="64113A81"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________________________________________________________________________________</w:t>
      </w:r>
    </w:p>
    <w:p w14:paraId="03FE4FC4"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b/>
          <w:sz w:val="24"/>
          <w:szCs w:val="24"/>
        </w:rPr>
        <w:t>Residente in (Comune, indirizzo, CAP, provincia):</w:t>
      </w:r>
    </w:p>
    <w:p w14:paraId="4E46D111"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________________________________________________________________________________</w:t>
      </w:r>
    </w:p>
    <w:p w14:paraId="0DCF623B"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b/>
          <w:sz w:val="24"/>
          <w:szCs w:val="24"/>
        </w:rPr>
        <w:t>Telefono:                                               e-mail/PEC:</w:t>
      </w:r>
    </w:p>
    <w:p w14:paraId="67F817DF"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________________________________________________________________________________</w:t>
      </w:r>
    </w:p>
    <w:p w14:paraId="33B8A6D2"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b/>
          <w:sz w:val="24"/>
          <w:szCs w:val="24"/>
        </w:rPr>
        <w:lastRenderedPageBreak/>
        <w:t>Se persona giuridica, ente o altro soggetto:</w:t>
      </w:r>
    </w:p>
    <w:p w14:paraId="4DE493D7"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b/>
          <w:sz w:val="24"/>
          <w:szCs w:val="24"/>
        </w:rPr>
        <w:t>Denominazione / ragione sociale:</w:t>
      </w:r>
    </w:p>
    <w:p w14:paraId="550878DE"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________________________________________________________________________________</w:t>
      </w:r>
    </w:p>
    <w:p w14:paraId="4111CDB7"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b/>
          <w:sz w:val="24"/>
          <w:szCs w:val="24"/>
        </w:rPr>
        <w:t>Codice fiscale:                                      Partita IVA:</w:t>
      </w:r>
    </w:p>
    <w:p w14:paraId="630DC2FD"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________________________________________________________________________________</w:t>
      </w:r>
    </w:p>
    <w:p w14:paraId="21FE5820"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b/>
          <w:sz w:val="24"/>
          <w:szCs w:val="24"/>
        </w:rPr>
        <w:t>Sede legale (indirizzo, CAP, Comune, provincia):</w:t>
      </w:r>
    </w:p>
    <w:p w14:paraId="358792E6"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________________________________________________________________________________</w:t>
      </w:r>
    </w:p>
    <w:p w14:paraId="2D1B6224"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b/>
          <w:sz w:val="24"/>
          <w:szCs w:val="24"/>
        </w:rPr>
        <w:t>Iscrizione al Registro Imprese / altro registro (numero e ufficio):</w:t>
      </w:r>
    </w:p>
    <w:p w14:paraId="0E90B7BA"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________________________________________________________________________________</w:t>
      </w:r>
    </w:p>
    <w:p w14:paraId="60E51A55"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b/>
          <w:sz w:val="24"/>
          <w:szCs w:val="24"/>
        </w:rPr>
        <w:t>In persona del legale rappresentante/procuratore (nome e cognome):</w:t>
      </w:r>
    </w:p>
    <w:p w14:paraId="50301ED2"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________________________________________________________________________________</w:t>
      </w:r>
    </w:p>
    <w:p w14:paraId="611B465D"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b/>
          <w:sz w:val="24"/>
          <w:szCs w:val="24"/>
        </w:rPr>
        <w:t>Nato/a a:                                                              il:</w:t>
      </w:r>
    </w:p>
    <w:p w14:paraId="6E674316"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________________________________________________________________________________</w:t>
      </w:r>
    </w:p>
    <w:p w14:paraId="0A859303"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b/>
          <w:sz w:val="24"/>
          <w:szCs w:val="24"/>
        </w:rPr>
        <w:t>Codice fiscale:                                      Qualifica/poteri:</w:t>
      </w:r>
    </w:p>
    <w:p w14:paraId="4165A2D8"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________________________________________________________________________________</w:t>
      </w:r>
    </w:p>
    <w:p w14:paraId="7325209E" w14:textId="77777777" w:rsidR="00FB4C59" w:rsidRPr="0081197A" w:rsidRDefault="009D6EB5" w:rsidP="0081197A">
      <w:pPr>
        <w:pStyle w:val="Titolo1"/>
        <w:jc w:val="both"/>
        <w:rPr>
          <w:rFonts w:ascii="Times New Roman" w:hAnsi="Times New Roman" w:cs="Times New Roman"/>
          <w:sz w:val="24"/>
          <w:szCs w:val="24"/>
        </w:rPr>
      </w:pPr>
      <w:r w:rsidRPr="003307EC">
        <w:rPr>
          <w:rFonts w:ascii="Times New Roman" w:hAnsi="Times New Roman" w:cs="Times New Roman"/>
          <w:color w:val="000000" w:themeColor="text1"/>
          <w:sz w:val="24"/>
          <w:szCs w:val="24"/>
        </w:rPr>
        <w:t>2. Domanda di partecipazione</w:t>
      </w:r>
    </w:p>
    <w:p w14:paraId="726139AB"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b/>
          <w:sz w:val="24"/>
          <w:szCs w:val="24"/>
        </w:rPr>
        <w:t>CHIEDE</w:t>
      </w:r>
    </w:p>
    <w:p w14:paraId="16EE4118"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di essere ammesso/a a partecipare all’asta pubblica indetta dal Comune di Castelnuovo Don Bosco per l’alienazione dell’immobile comunale “Antico poligono di tiro”, sito in Castelnuovo Don Bosco, via San Giovanni s.n.c., identificato al Catasto Fabbricati al Foglio 10, particella 860, subalterno 1.</w:t>
      </w:r>
    </w:p>
    <w:p w14:paraId="61CE51C6" w14:textId="043B640E" w:rsidR="008A12DC"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lastRenderedPageBreak/>
        <w:t xml:space="preserve">A tal fine, consapevole delle responsabilità penali previste dall’art. 76 del D.P.R. 28 dicembre 2000, n. 445 in caso di dichiarazioni mendaci e della decadenza dai benefici eventualmente conseguiti sulla base di dichiarazioni non veritiere, ai sensi degli artt. 46 e 47 del medesimo D.P.R. </w:t>
      </w:r>
    </w:p>
    <w:p w14:paraId="4D4405D1" w14:textId="00818797" w:rsidR="00FB4C59" w:rsidRPr="0081197A" w:rsidRDefault="008A12DC" w:rsidP="008A12DC">
      <w:pPr>
        <w:jc w:val="center"/>
        <w:rPr>
          <w:rFonts w:ascii="Times New Roman" w:hAnsi="Times New Roman" w:cs="Times New Roman"/>
          <w:sz w:val="24"/>
          <w:szCs w:val="24"/>
        </w:rPr>
      </w:pPr>
      <w:r w:rsidRPr="008A12DC">
        <w:rPr>
          <w:rFonts w:ascii="Times New Roman" w:hAnsi="Times New Roman" w:cs="Times New Roman"/>
          <w:b/>
          <w:bCs/>
          <w:sz w:val="24"/>
          <w:szCs w:val="24"/>
        </w:rPr>
        <w:t>DICHIARA</w:t>
      </w:r>
      <w:r w:rsidRPr="0081197A">
        <w:rPr>
          <w:rFonts w:ascii="Times New Roman" w:hAnsi="Times New Roman" w:cs="Times New Roman"/>
          <w:sz w:val="24"/>
          <w:szCs w:val="24"/>
        </w:rPr>
        <w:t xml:space="preserve"> </w:t>
      </w:r>
      <w:r w:rsidR="009D6EB5" w:rsidRPr="0081197A">
        <w:rPr>
          <w:rFonts w:ascii="Times New Roman" w:hAnsi="Times New Roman" w:cs="Times New Roman"/>
          <w:sz w:val="24"/>
          <w:szCs w:val="24"/>
        </w:rPr>
        <w:t>quanto segue:</w:t>
      </w:r>
    </w:p>
    <w:p w14:paraId="26B0915E"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1. che il concorrente non si trova in stato di interdizione, inabilitazione o incapacità a contrattare e non è destinatario di provvedimenti comportanti il divieto di contrattare con la pubblica amministrazione;</w:t>
      </w:r>
    </w:p>
    <w:p w14:paraId="5EC58708"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2. che il concorrente non ha riportato condanne penali con sentenza passata in giudicato e non ha in corso procedimenti penali, procedimenti amministrativi per l’applicazione di misure di sicurezza o di prevenzione o precedenti penali iscrivibili nel casellario giudiziale ai sensi dell’art. 3 del D.P.R. n. 313/2002; in caso contrario, indicare qui di seguito i provvedimenti e procedimenti, con data e autorità competente: ________________________________________________________________</w:t>
      </w:r>
    </w:p>
    <w:p w14:paraId="5ADA2D79"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3. che non sussistono le cause ostative previste dall’art. 67 del D.Lgs. 6 settembre 2011, n. 159;</w:t>
      </w:r>
    </w:p>
    <w:p w14:paraId="7F0F668D"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4. che il concorrente non si trova in una delle condizioni di incapacità speciale all’acquisto previste dall’art. 1471 del codice civile;</w:t>
      </w:r>
    </w:p>
    <w:p w14:paraId="0CDE2922"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5. di avere preso piena conoscenza dell’avviso d’asta, della perizia di stima e della documentazione relativa all’immobile;</w:t>
      </w:r>
    </w:p>
    <w:p w14:paraId="41DCC535"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6. di avere visitato l’immobile oppure di rinunciare consapevolmente alla visita, assumendosi ogni conseguente rischio;</w:t>
      </w:r>
    </w:p>
    <w:p w14:paraId="4D866383"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7. di accettare integralmente e senza riserva tutte le condizioni stabilite nell’avviso d’asta;</w:t>
      </w:r>
    </w:p>
    <w:p w14:paraId="37A46997"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8. di avere formulato l’offerta tenendo conto dello stato di fatto e di diritto, manutentivo, conservativo, urbanistico e catastale dell’immobile, nonché di ogni circostanza che possa influire sulla sua utilizzazione e sul suo valore;</w:t>
      </w:r>
    </w:p>
    <w:p w14:paraId="397386E5"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9. di essere a conoscenza che l’immobile è alienato nello stato in cui si trova, con impianti tecnologici attualmente non funzionanti e privo di agibilità, e di assumere a proprio carico gli interventi e gli oneri indicati nell’avviso, senza pretese verso il Comune per le circostanze ivi dichiarate;</w:t>
      </w:r>
    </w:p>
    <w:p w14:paraId="200ACC25"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lastRenderedPageBreak/>
        <w:t>10. di impegnarsi a rispettare i vincoli, le condizioni e le prescrizioni impartite dalla Commissione Regionale per il Patrimonio Culturale del Piemonte con nota prot. n. 0010435 del 16 settembre 2025, richiamate nell’avviso d’asta, inclusi i limiti di destinazione, la sottoposizione dei progetti alla Soprintendenza ABAP competente e la garanzia della pubblica fruizione del bene;</w:t>
      </w:r>
    </w:p>
    <w:p w14:paraId="59466FD2"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11. di impegnarsi, in caso di aggiudicazione, a versare il prezzo e a stipulare l’atto di compravendita nei termini e alle condizioni stabiliti dall’avviso;</w:t>
      </w:r>
    </w:p>
    <w:p w14:paraId="7E3CB6F5"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12. di essere informato/a che i dati personali saranno trattati dal Comune per le finalità connesse alla procedura e agli adempimenti conseguenti, secondo l’informativa allegata all’avviso.</w:t>
      </w:r>
    </w:p>
    <w:p w14:paraId="7A43D5E1" w14:textId="77777777" w:rsidR="00FB4C59" w:rsidRPr="003307EC" w:rsidRDefault="009D6EB5" w:rsidP="0081197A">
      <w:pPr>
        <w:pStyle w:val="Titolo1"/>
        <w:jc w:val="both"/>
        <w:rPr>
          <w:rFonts w:ascii="Times New Roman" w:hAnsi="Times New Roman" w:cs="Times New Roman"/>
          <w:color w:val="000000" w:themeColor="text1"/>
          <w:sz w:val="24"/>
          <w:szCs w:val="24"/>
        </w:rPr>
      </w:pPr>
      <w:r w:rsidRPr="003307EC">
        <w:rPr>
          <w:rFonts w:ascii="Times New Roman" w:hAnsi="Times New Roman" w:cs="Times New Roman"/>
          <w:color w:val="000000" w:themeColor="text1"/>
          <w:sz w:val="24"/>
          <w:szCs w:val="24"/>
        </w:rPr>
        <w:t>4. Cauzione e sopralluogo</w:t>
      </w:r>
    </w:p>
    <w:p w14:paraId="177102C4"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Il/La sottoscritto/a dichiara di avere costituito il deposito cauzionale di € 8.000,00 secondo le modalità e nei termini indicati nell’avviso e allega la relativa prova di pagamento.</w:t>
      </w:r>
    </w:p>
    <w:p w14:paraId="6583CD93"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 xml:space="preserve">Sopralluogo:   </w:t>
      </w:r>
      <w:r w:rsidRPr="0081197A">
        <w:rPr>
          <w:rFonts w:ascii="Segoe UI Symbol" w:hAnsi="Segoe UI Symbol" w:cs="Segoe UI Symbol"/>
          <w:sz w:val="24"/>
          <w:szCs w:val="24"/>
        </w:rPr>
        <w:t>☐</w:t>
      </w:r>
      <w:r w:rsidRPr="0081197A">
        <w:rPr>
          <w:rFonts w:ascii="Times New Roman" w:hAnsi="Times New Roman" w:cs="Times New Roman"/>
          <w:sz w:val="24"/>
          <w:szCs w:val="24"/>
        </w:rPr>
        <w:t xml:space="preserve"> effettuato (si allega attestazione)     </w:t>
      </w:r>
      <w:r w:rsidRPr="0081197A">
        <w:rPr>
          <w:rFonts w:ascii="Segoe UI Symbol" w:hAnsi="Segoe UI Symbol" w:cs="Segoe UI Symbol"/>
          <w:sz w:val="24"/>
          <w:szCs w:val="24"/>
        </w:rPr>
        <w:t>☐</w:t>
      </w:r>
      <w:r w:rsidRPr="0081197A">
        <w:rPr>
          <w:rFonts w:ascii="Times New Roman" w:hAnsi="Times New Roman" w:cs="Times New Roman"/>
          <w:sz w:val="24"/>
          <w:szCs w:val="24"/>
        </w:rPr>
        <w:t xml:space="preserve"> non effettuato</w:t>
      </w:r>
    </w:p>
    <w:p w14:paraId="0C727F56" w14:textId="77777777" w:rsidR="00FB4C59" w:rsidRPr="00C002F9" w:rsidRDefault="009D6EB5" w:rsidP="0081197A">
      <w:pPr>
        <w:pStyle w:val="Titolo1"/>
        <w:jc w:val="both"/>
        <w:rPr>
          <w:rFonts w:ascii="Times New Roman" w:hAnsi="Times New Roman" w:cs="Times New Roman"/>
          <w:color w:val="000000" w:themeColor="text1"/>
          <w:sz w:val="24"/>
          <w:szCs w:val="24"/>
        </w:rPr>
      </w:pPr>
      <w:r w:rsidRPr="00C002F9">
        <w:rPr>
          <w:rFonts w:ascii="Times New Roman" w:hAnsi="Times New Roman" w:cs="Times New Roman"/>
          <w:color w:val="000000" w:themeColor="text1"/>
          <w:sz w:val="24"/>
          <w:szCs w:val="24"/>
        </w:rPr>
        <w:t>5. Allegati alla domanda</w:t>
      </w:r>
    </w:p>
    <w:p w14:paraId="1F8BAE2E" w14:textId="77777777" w:rsidR="00FB4C59" w:rsidRPr="0081197A" w:rsidRDefault="009D6EB5" w:rsidP="0081197A">
      <w:pPr>
        <w:jc w:val="both"/>
        <w:rPr>
          <w:rFonts w:ascii="Times New Roman" w:hAnsi="Times New Roman" w:cs="Times New Roman"/>
          <w:sz w:val="24"/>
          <w:szCs w:val="24"/>
        </w:rPr>
      </w:pPr>
      <w:r w:rsidRPr="0081197A">
        <w:rPr>
          <w:rFonts w:ascii="Segoe UI Symbol" w:hAnsi="Segoe UI Symbol" w:cs="Segoe UI Symbol"/>
          <w:sz w:val="24"/>
          <w:szCs w:val="24"/>
        </w:rPr>
        <w:t>☐</w:t>
      </w:r>
      <w:r w:rsidRPr="0081197A">
        <w:rPr>
          <w:rFonts w:ascii="Times New Roman" w:hAnsi="Times New Roman" w:cs="Times New Roman"/>
          <w:sz w:val="24"/>
          <w:szCs w:val="24"/>
        </w:rPr>
        <w:t xml:space="preserve">  copia di un documento d’identità in corso di validità del sottoscrittore;</w:t>
      </w:r>
    </w:p>
    <w:p w14:paraId="4CA5ED6E" w14:textId="77777777" w:rsidR="00FB4C59" w:rsidRPr="0081197A" w:rsidRDefault="009D6EB5" w:rsidP="0081197A">
      <w:pPr>
        <w:jc w:val="both"/>
        <w:rPr>
          <w:rFonts w:ascii="Times New Roman" w:hAnsi="Times New Roman" w:cs="Times New Roman"/>
          <w:sz w:val="24"/>
          <w:szCs w:val="24"/>
        </w:rPr>
      </w:pPr>
      <w:r w:rsidRPr="0081197A">
        <w:rPr>
          <w:rFonts w:ascii="Segoe UI Symbol" w:hAnsi="Segoe UI Symbol" w:cs="Segoe UI Symbol"/>
          <w:sz w:val="24"/>
          <w:szCs w:val="24"/>
        </w:rPr>
        <w:t>☐</w:t>
      </w:r>
      <w:r w:rsidRPr="0081197A">
        <w:rPr>
          <w:rFonts w:ascii="Times New Roman" w:hAnsi="Times New Roman" w:cs="Times New Roman"/>
          <w:sz w:val="24"/>
          <w:szCs w:val="24"/>
        </w:rPr>
        <w:t xml:space="preserve">  prova dell’avvenuta costituzione del deposito cauzionale di € 8.000,00;</w:t>
      </w:r>
    </w:p>
    <w:p w14:paraId="1492832F" w14:textId="77777777" w:rsidR="00FB4C59" w:rsidRPr="0081197A" w:rsidRDefault="009D6EB5" w:rsidP="0081197A">
      <w:pPr>
        <w:jc w:val="both"/>
        <w:rPr>
          <w:rFonts w:ascii="Times New Roman" w:hAnsi="Times New Roman" w:cs="Times New Roman"/>
          <w:sz w:val="24"/>
          <w:szCs w:val="24"/>
        </w:rPr>
      </w:pPr>
      <w:r w:rsidRPr="0081197A">
        <w:rPr>
          <w:rFonts w:ascii="Segoe UI Symbol" w:hAnsi="Segoe UI Symbol" w:cs="Segoe UI Symbol"/>
          <w:sz w:val="24"/>
          <w:szCs w:val="24"/>
        </w:rPr>
        <w:t>☐</w:t>
      </w:r>
      <w:r w:rsidRPr="0081197A">
        <w:rPr>
          <w:rFonts w:ascii="Times New Roman" w:hAnsi="Times New Roman" w:cs="Times New Roman"/>
          <w:sz w:val="24"/>
          <w:szCs w:val="24"/>
        </w:rPr>
        <w:t xml:space="preserve">  attestazione di sopralluogo, se il sopralluogo è stato effettuato;</w:t>
      </w:r>
    </w:p>
    <w:p w14:paraId="53BF5CF8" w14:textId="77777777" w:rsidR="00FB4C59" w:rsidRPr="0081197A" w:rsidRDefault="009D6EB5" w:rsidP="0081197A">
      <w:pPr>
        <w:jc w:val="both"/>
        <w:rPr>
          <w:rFonts w:ascii="Times New Roman" w:hAnsi="Times New Roman" w:cs="Times New Roman"/>
          <w:sz w:val="24"/>
          <w:szCs w:val="24"/>
        </w:rPr>
      </w:pPr>
      <w:r w:rsidRPr="0081197A">
        <w:rPr>
          <w:rFonts w:ascii="Segoe UI Symbol" w:hAnsi="Segoe UI Symbol" w:cs="Segoe UI Symbol"/>
          <w:sz w:val="24"/>
          <w:szCs w:val="24"/>
        </w:rPr>
        <w:t>☐</w:t>
      </w:r>
      <w:r w:rsidRPr="0081197A">
        <w:rPr>
          <w:rFonts w:ascii="Times New Roman" w:hAnsi="Times New Roman" w:cs="Times New Roman"/>
          <w:sz w:val="24"/>
          <w:szCs w:val="24"/>
        </w:rPr>
        <w:t xml:space="preserve">  per persona giuridica/ente: visura camerale o documentazione comprovante i poteri di rappresentanza;</w:t>
      </w:r>
    </w:p>
    <w:p w14:paraId="6F5E6717" w14:textId="77777777" w:rsidR="00FB4C59" w:rsidRPr="0081197A" w:rsidRDefault="009D6EB5" w:rsidP="0081197A">
      <w:pPr>
        <w:jc w:val="both"/>
        <w:rPr>
          <w:rFonts w:ascii="Times New Roman" w:hAnsi="Times New Roman" w:cs="Times New Roman"/>
          <w:sz w:val="24"/>
          <w:szCs w:val="24"/>
        </w:rPr>
      </w:pPr>
      <w:r w:rsidRPr="0081197A">
        <w:rPr>
          <w:rFonts w:ascii="Segoe UI Symbol" w:hAnsi="Segoe UI Symbol" w:cs="Segoe UI Symbol"/>
          <w:sz w:val="24"/>
          <w:szCs w:val="24"/>
        </w:rPr>
        <w:t>☐</w:t>
      </w:r>
      <w:r w:rsidRPr="0081197A">
        <w:rPr>
          <w:rFonts w:ascii="Times New Roman" w:hAnsi="Times New Roman" w:cs="Times New Roman"/>
          <w:sz w:val="24"/>
          <w:szCs w:val="24"/>
        </w:rPr>
        <w:t xml:space="preserve">  eventuale procura speciale in originale o copia autentica.</w:t>
      </w:r>
    </w:p>
    <w:p w14:paraId="3B939A9D" w14:textId="77777777" w:rsidR="00C5485D" w:rsidRDefault="00C5485D" w:rsidP="0081197A">
      <w:pPr>
        <w:jc w:val="both"/>
        <w:rPr>
          <w:rFonts w:ascii="Times New Roman" w:hAnsi="Times New Roman" w:cs="Times New Roman"/>
          <w:sz w:val="24"/>
          <w:szCs w:val="24"/>
        </w:rPr>
      </w:pPr>
    </w:p>
    <w:p w14:paraId="13A5C4C2" w14:textId="7AD43F76"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Luogo e data: ____________________________________</w:t>
      </w:r>
    </w:p>
    <w:p w14:paraId="29C495E3" w14:textId="77777777" w:rsidR="009D6EB5" w:rsidRDefault="009D6EB5" w:rsidP="0081197A">
      <w:pPr>
        <w:jc w:val="both"/>
        <w:rPr>
          <w:rFonts w:ascii="Times New Roman" w:hAnsi="Times New Roman" w:cs="Times New Roman"/>
          <w:sz w:val="24"/>
          <w:szCs w:val="24"/>
        </w:rPr>
      </w:pPr>
    </w:p>
    <w:p w14:paraId="597A136D" w14:textId="040E0AE5" w:rsidR="00FB4C59" w:rsidRPr="009D6EB5" w:rsidRDefault="009D6EB5" w:rsidP="0081197A">
      <w:pPr>
        <w:jc w:val="both"/>
        <w:rPr>
          <w:rFonts w:ascii="Times New Roman" w:hAnsi="Times New Roman" w:cs="Times New Roman"/>
          <w:sz w:val="24"/>
          <w:szCs w:val="24"/>
          <w:lang w:val="it-IT"/>
        </w:rPr>
      </w:pPr>
      <w:r w:rsidRPr="009D6EB5">
        <w:rPr>
          <w:rFonts w:ascii="Times New Roman" w:hAnsi="Times New Roman" w:cs="Times New Roman"/>
          <w:sz w:val="24"/>
          <w:szCs w:val="24"/>
          <w:lang w:val="it-IT"/>
        </w:rPr>
        <w:lastRenderedPageBreak/>
        <w:t>Firma del concorrente / legale rappresentante / procuratore:</w:t>
      </w:r>
    </w:p>
    <w:p w14:paraId="3B482B58"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br/>
        <w:t>____________________________________________</w:t>
      </w:r>
    </w:p>
    <w:p w14:paraId="5AB39447" w14:textId="77777777" w:rsidR="00FB4C59" w:rsidRPr="0081197A" w:rsidRDefault="009D6EB5" w:rsidP="0081197A">
      <w:pPr>
        <w:jc w:val="both"/>
        <w:rPr>
          <w:rFonts w:ascii="Times New Roman" w:hAnsi="Times New Roman" w:cs="Times New Roman"/>
          <w:sz w:val="24"/>
          <w:szCs w:val="24"/>
        </w:rPr>
      </w:pPr>
      <w:r w:rsidRPr="0081197A">
        <w:rPr>
          <w:rFonts w:ascii="Times New Roman" w:hAnsi="Times New Roman" w:cs="Times New Roman"/>
          <w:sz w:val="24"/>
          <w:szCs w:val="24"/>
        </w:rPr>
        <w:t>La dichiarazione deve essere sottoscritta e accompagnata da copia di un documento d’identità in corso di validità, salvo sottoscrizione con modalità ammesse dalla legge.</w:t>
      </w:r>
    </w:p>
    <w:sectPr w:rsidR="00FB4C59" w:rsidRPr="0081197A" w:rsidSect="00034616">
      <w:headerReference w:type="default"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15090" w14:textId="77777777" w:rsidR="009D6EB5" w:rsidRDefault="009D6EB5">
      <w:pPr>
        <w:spacing w:after="0" w:line="240" w:lineRule="auto"/>
      </w:pPr>
      <w:r>
        <w:separator/>
      </w:r>
    </w:p>
  </w:endnote>
  <w:endnote w:type="continuationSeparator" w:id="0">
    <w:p w14:paraId="708E0042" w14:textId="77777777" w:rsidR="009D6EB5" w:rsidRDefault="009D6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8D2B5" w14:textId="77777777" w:rsidR="009D6EB5" w:rsidRDefault="009D6EB5" w:rsidP="009D6EB5">
    <w:pPr>
      <w:pStyle w:val="Pidipagina"/>
    </w:pPr>
    <w:r>
      <w:rPr>
        <w:noProof/>
      </w:rPr>
      <w:drawing>
        <wp:inline distT="0" distB="0" distL="0" distR="0" wp14:anchorId="17384B03" wp14:editId="65A28316">
          <wp:extent cx="1450975" cy="42672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0975" cy="426720"/>
                  </a:xfrm>
                  <a:prstGeom prst="rect">
                    <a:avLst/>
                  </a:prstGeom>
                  <a:noFill/>
                </pic:spPr>
              </pic:pic>
            </a:graphicData>
          </a:graphic>
        </wp:inline>
      </w:drawing>
    </w:r>
    <w:r>
      <w:t xml:space="preserve">                                    </w:t>
    </w:r>
    <w:r>
      <w:rPr>
        <w:noProof/>
      </w:rPr>
      <w:drawing>
        <wp:inline distT="0" distB="0" distL="0" distR="0" wp14:anchorId="268BCA65" wp14:editId="5BE051A4">
          <wp:extent cx="952500" cy="9525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pic:spPr>
              </pic:pic>
            </a:graphicData>
          </a:graphic>
        </wp:inline>
      </w:drawing>
    </w:r>
    <w:r>
      <w:t xml:space="preserve">                                   </w:t>
    </w:r>
    <w:r>
      <w:rPr>
        <w:noProof/>
      </w:rPr>
      <w:drawing>
        <wp:inline distT="0" distB="0" distL="0" distR="0" wp14:anchorId="47A8EF52" wp14:editId="36F20876">
          <wp:extent cx="1219200" cy="73152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9200" cy="731520"/>
                  </a:xfrm>
                  <a:prstGeom prst="rect">
                    <a:avLst/>
                  </a:prstGeom>
                  <a:noFill/>
                </pic:spPr>
              </pic:pic>
            </a:graphicData>
          </a:graphic>
        </wp:inline>
      </w:drawing>
    </w:r>
  </w:p>
  <w:p w14:paraId="2CC8A4DE" w14:textId="77777777" w:rsidR="009D6EB5" w:rsidRDefault="009D6E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5E597" w14:textId="77777777" w:rsidR="009D6EB5" w:rsidRDefault="009D6EB5">
      <w:pPr>
        <w:spacing w:after="0" w:line="240" w:lineRule="auto"/>
      </w:pPr>
      <w:r>
        <w:separator/>
      </w:r>
    </w:p>
  </w:footnote>
  <w:footnote w:type="continuationSeparator" w:id="0">
    <w:p w14:paraId="3CFFA227" w14:textId="77777777" w:rsidR="009D6EB5" w:rsidRDefault="009D6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2CECF" w14:textId="77777777" w:rsidR="00F7411E" w:rsidRPr="00540854" w:rsidRDefault="00F7411E" w:rsidP="00F7411E">
    <w:pPr>
      <w:jc w:val="center"/>
      <w:rPr>
        <w:lang w:eastAsia="it-IT"/>
      </w:rPr>
    </w:pPr>
    <w:r>
      <w:rPr>
        <w:noProof/>
      </w:rPr>
      <w:drawing>
        <wp:inline distT="0" distB="0" distL="0" distR="0" wp14:anchorId="032CC125" wp14:editId="66FA6834">
          <wp:extent cx="1038225" cy="125730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1257300"/>
                  </a:xfrm>
                  <a:prstGeom prst="rect">
                    <a:avLst/>
                  </a:prstGeom>
                  <a:noFill/>
                  <a:ln>
                    <a:noFill/>
                  </a:ln>
                </pic:spPr>
              </pic:pic>
            </a:graphicData>
          </a:graphic>
        </wp:inline>
      </w:drawing>
    </w:r>
  </w:p>
  <w:p w14:paraId="4DD4AA79" w14:textId="77777777" w:rsidR="00F7411E" w:rsidRPr="00C3209C" w:rsidRDefault="00F7411E" w:rsidP="00F7411E">
    <w:pPr>
      <w:keepNext/>
      <w:jc w:val="center"/>
      <w:outlineLvl w:val="0"/>
      <w:rPr>
        <w:rFonts w:ascii="Times New Roman" w:hAnsi="Times New Roman" w:cs="Times New Roman"/>
        <w:b/>
        <w:bCs/>
        <w:sz w:val="36"/>
        <w:lang w:eastAsia="it-IT"/>
      </w:rPr>
    </w:pPr>
    <w:r w:rsidRPr="00C3209C">
      <w:rPr>
        <w:rFonts w:ascii="Times New Roman" w:hAnsi="Times New Roman" w:cs="Times New Roman"/>
        <w:b/>
        <w:bCs/>
        <w:sz w:val="36"/>
        <w:lang w:eastAsia="it-IT"/>
      </w:rPr>
      <w:t>COMUNE DI CASTELNUOVO DON BOSCO</w:t>
    </w:r>
  </w:p>
  <w:p w14:paraId="729CC489" w14:textId="77777777" w:rsidR="00F7411E" w:rsidRPr="00C3209C" w:rsidRDefault="00F7411E" w:rsidP="00F7411E">
    <w:pPr>
      <w:keepNext/>
      <w:jc w:val="center"/>
      <w:outlineLvl w:val="1"/>
      <w:rPr>
        <w:rFonts w:ascii="Times New Roman" w:hAnsi="Times New Roman" w:cs="Times New Roman"/>
        <w:sz w:val="32"/>
        <w:szCs w:val="32"/>
        <w:lang w:eastAsia="it-IT"/>
      </w:rPr>
    </w:pPr>
    <w:r w:rsidRPr="00C3209C">
      <w:rPr>
        <w:rFonts w:ascii="Times New Roman" w:hAnsi="Times New Roman" w:cs="Times New Roman"/>
        <w:sz w:val="32"/>
        <w:szCs w:val="32"/>
        <w:lang w:eastAsia="it-IT"/>
      </w:rPr>
      <w:t>Provincia di Asti</w:t>
    </w:r>
  </w:p>
  <w:p w14:paraId="54766F5E" w14:textId="77777777" w:rsidR="00F7411E" w:rsidRDefault="00F7411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760C0C21"/>
    <w:multiLevelType w:val="multilevel"/>
    <w:tmpl w:val="25244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2964866">
    <w:abstractNumId w:val="8"/>
  </w:num>
  <w:num w:numId="2" w16cid:durableId="667950905">
    <w:abstractNumId w:val="6"/>
  </w:num>
  <w:num w:numId="3" w16cid:durableId="1574000843">
    <w:abstractNumId w:val="5"/>
  </w:num>
  <w:num w:numId="4" w16cid:durableId="805661884">
    <w:abstractNumId w:val="4"/>
  </w:num>
  <w:num w:numId="5" w16cid:durableId="888764483">
    <w:abstractNumId w:val="7"/>
  </w:num>
  <w:num w:numId="6" w16cid:durableId="1133258052">
    <w:abstractNumId w:val="3"/>
  </w:num>
  <w:num w:numId="7" w16cid:durableId="13190997">
    <w:abstractNumId w:val="2"/>
  </w:num>
  <w:num w:numId="8" w16cid:durableId="844322960">
    <w:abstractNumId w:val="1"/>
  </w:num>
  <w:num w:numId="9" w16cid:durableId="1834761092">
    <w:abstractNumId w:val="0"/>
  </w:num>
  <w:num w:numId="10" w16cid:durableId="614116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3B92"/>
    <w:rsid w:val="0015074B"/>
    <w:rsid w:val="0029639D"/>
    <w:rsid w:val="00326F90"/>
    <w:rsid w:val="003307EC"/>
    <w:rsid w:val="003F5E00"/>
    <w:rsid w:val="0081197A"/>
    <w:rsid w:val="008A12DC"/>
    <w:rsid w:val="009D6EB5"/>
    <w:rsid w:val="00AA1D8D"/>
    <w:rsid w:val="00B47730"/>
    <w:rsid w:val="00C002F9"/>
    <w:rsid w:val="00C5485D"/>
    <w:rsid w:val="00CB0664"/>
    <w:rsid w:val="00F7411E"/>
    <w:rsid w:val="00FB4C59"/>
    <w:rsid w:val="00FC693F"/>
    <w:rsid w:val="00FD7D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6C8A92C-55D0-4CD6-B7E7-78CA26877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pPr>
    <w:rPr>
      <w:rFonts w:ascii="Arial" w:eastAsia="Arial" w:hAnsi="Arial"/>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1F4E79"/>
      <w:sz w:val="22"/>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0"/>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944</Words>
  <Characters>5382</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Stefano Rotondaro</cp:lastModifiedBy>
  <cp:revision>2</cp:revision>
  <dcterms:created xsi:type="dcterms:W3CDTF">2026-11-06T11:45:00Z</dcterms:created>
  <dcterms:modified xsi:type="dcterms:W3CDTF">2026-11-06T11:45:00Z</dcterms:modified>
  <cp:category/>
</cp:coreProperties>
</file>