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54C8E" w14:textId="77777777" w:rsidR="00B21BA7" w:rsidRPr="00D1702B" w:rsidRDefault="00D1702B">
      <w:pPr>
        <w:pStyle w:val="Titolo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ALLEGATO B – OFFERTA ECONOMICA</w:t>
      </w:r>
    </w:p>
    <w:p w14:paraId="7126E5CF" w14:textId="77777777" w:rsidR="00B21BA7" w:rsidRPr="00D1702B" w:rsidRDefault="00D1702B">
      <w:pPr>
        <w:jc w:val="center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b/>
          <w:color w:val="000000" w:themeColor="text1"/>
        </w:rPr>
        <w:t>Asta pubblica per l’alienazione dell’immobile comunale denominato “Antico poligono di tiro”</w:t>
      </w:r>
    </w:p>
    <w:p w14:paraId="7C4B2A8F" w14:textId="77777777" w:rsidR="00B21BA7" w:rsidRPr="00D1702B" w:rsidRDefault="00D1702B">
      <w:pPr>
        <w:jc w:val="center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b/>
          <w:color w:val="000000" w:themeColor="text1"/>
        </w:rPr>
        <w:t>Da inserire esclusivamente nella BUSTA B – OFFERTA ECONOMICA</w:t>
      </w:r>
    </w:p>
    <w:p w14:paraId="2BCBFFCD" w14:textId="77777777" w:rsidR="00D1702B" w:rsidRDefault="00D1702B" w:rsidP="00D1702B">
      <w:pPr>
        <w:jc w:val="right"/>
        <w:rPr>
          <w:rFonts w:ascii="Times New Roman" w:hAnsi="Times New Roman" w:cs="Times New Roman"/>
          <w:color w:val="000000" w:themeColor="text1"/>
        </w:rPr>
      </w:pPr>
    </w:p>
    <w:p w14:paraId="6AACB399" w14:textId="20565A1E" w:rsidR="00B21BA7" w:rsidRPr="00D1702B" w:rsidRDefault="00D1702B" w:rsidP="00D1702B">
      <w:pPr>
        <w:jc w:val="right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Al Comune di Castelnuovo Don Bosco</w:t>
      </w:r>
      <w:r w:rsidRPr="00D1702B">
        <w:rPr>
          <w:rFonts w:ascii="Times New Roman" w:hAnsi="Times New Roman" w:cs="Times New Roman"/>
          <w:color w:val="000000" w:themeColor="text1"/>
        </w:rPr>
        <w:br/>
        <w:t>Ufficio Protocollo</w:t>
      </w:r>
      <w:r w:rsidRPr="00D1702B">
        <w:rPr>
          <w:rFonts w:ascii="Times New Roman" w:hAnsi="Times New Roman" w:cs="Times New Roman"/>
          <w:color w:val="000000" w:themeColor="text1"/>
        </w:rPr>
        <w:br/>
      </w:r>
      <w:r w:rsidRPr="00D1702B">
        <w:rPr>
          <w:rFonts w:ascii="Times New Roman" w:hAnsi="Times New Roman" w:cs="Times New Roman"/>
          <w:color w:val="000000" w:themeColor="text1"/>
        </w:rPr>
        <w:t>Via Roma, n. 12 – 14030 Castelnuovo Don Bosco (AT)</w:t>
      </w:r>
    </w:p>
    <w:p w14:paraId="7E72D3F6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Il/La sottoscritto/a: _____________________________________________________________________</w:t>
      </w:r>
    </w:p>
    <w:p w14:paraId="163A8D57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nato/a a ______________________________________________ il ______________________________</w:t>
      </w:r>
    </w:p>
    <w:p w14:paraId="5F4CF794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residente in ____________________________________________________________________________</w:t>
      </w:r>
    </w:p>
    <w:p w14:paraId="26C2D2B7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codice fiscale ______________________________________, in qualità di __________________________</w:t>
      </w:r>
    </w:p>
    <w:p w14:paraId="1B1A8A2E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della persona giuridica/ente ______________________________________________________________</w:t>
      </w:r>
    </w:p>
    <w:p w14:paraId="6433B610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con sede legale in _______________________________________________________________________</w:t>
      </w:r>
    </w:p>
    <w:p w14:paraId="2EDC7C39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codice fiscale _________________________________ partita IVA _______________________________</w:t>
      </w:r>
    </w:p>
    <w:p w14:paraId="5B966C93" w14:textId="77777777" w:rsidR="00B21BA7" w:rsidRPr="00D1702B" w:rsidRDefault="00D1702B">
      <w:pPr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(compilare i dati relativi alla persona giuridica/ente solo se pertinenti)</w:t>
      </w:r>
    </w:p>
    <w:p w14:paraId="34D02363" w14:textId="77777777" w:rsidR="00B21BA7" w:rsidRPr="00D1702B" w:rsidRDefault="00D1702B">
      <w:pPr>
        <w:pStyle w:val="Titolo1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FORMULA LA SEGUENTE OFFERTA ECONOMICA</w:t>
      </w:r>
    </w:p>
    <w:p w14:paraId="2FEA5A98" w14:textId="77777777" w:rsidR="00B21BA7" w:rsidRPr="00D1702B" w:rsidRDefault="00D1702B">
      <w:pPr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per l’acquisto dell’immobile comunale denominato “Antico poligono di tiro”, sito in Castelnuovo Don Bosco, via San Giovanni s.n.c., censito al Catasto Fabbricati al Foglio 10, particella 860, subalterno 1:</w:t>
      </w:r>
    </w:p>
    <w:p w14:paraId="4CA23396" w14:textId="77777777" w:rsidR="00B21BA7" w:rsidRPr="00D1702B" w:rsidRDefault="00D1702B">
      <w:pPr>
        <w:jc w:val="center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b/>
          <w:color w:val="000000" w:themeColor="text1"/>
        </w:rPr>
        <w:t>PREZZO OFFERTO</w:t>
      </w:r>
    </w:p>
    <w:p w14:paraId="05A1EE71" w14:textId="77777777" w:rsidR="00B21BA7" w:rsidRPr="00D1702B" w:rsidRDefault="00D1702B">
      <w:pPr>
        <w:jc w:val="center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b/>
          <w:color w:val="000000" w:themeColor="text1"/>
        </w:rPr>
        <w:t>€ ________________________________ (in cifre)</w:t>
      </w:r>
    </w:p>
    <w:p w14:paraId="30451C93" w14:textId="77777777" w:rsidR="00B21BA7" w:rsidRPr="00D1702B" w:rsidRDefault="00D1702B">
      <w:pPr>
        <w:jc w:val="center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b/>
          <w:color w:val="000000" w:themeColor="text1"/>
        </w:rPr>
        <w:t>Euro ____________________________________________________________________ (in lettere)</w:t>
      </w:r>
    </w:p>
    <w:p w14:paraId="6665FDBB" w14:textId="77777777" w:rsidR="00B21BA7" w:rsidRPr="00D1702B" w:rsidRDefault="00D1702B">
      <w:pPr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Il prezzo offerto è pari o superiore alla base d’asta di € 80.000,00 (ottantamila/00), è riferito all’intero immobile ed è formulato senza condizioni, riserve o limitazioni.</w:t>
      </w:r>
    </w:p>
    <w:p w14:paraId="71C3CFF7" w14:textId="77777777" w:rsidR="00B21BA7" w:rsidRPr="00D1702B" w:rsidRDefault="00D1702B">
      <w:pPr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b/>
          <w:color w:val="000000" w:themeColor="text1"/>
        </w:rPr>
        <w:t>Il/La sottoscritto/a dichiara inoltre:</w:t>
      </w:r>
    </w:p>
    <w:p w14:paraId="000E1931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Segoe UI Symbol" w:hAnsi="Segoe UI Symbol" w:cs="Segoe UI Symbol"/>
          <w:color w:val="000000" w:themeColor="text1"/>
        </w:rPr>
        <w:t>☐</w:t>
      </w:r>
      <w:r w:rsidRPr="00D1702B">
        <w:rPr>
          <w:rFonts w:ascii="Times New Roman" w:hAnsi="Times New Roman" w:cs="Times New Roman"/>
          <w:color w:val="000000" w:themeColor="text1"/>
        </w:rPr>
        <w:t xml:space="preserve">  di avere preso conoscenza e di accettare le condizioni dell’avviso d’asta;</w:t>
      </w:r>
    </w:p>
    <w:p w14:paraId="37E913FD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Segoe UI Symbol" w:hAnsi="Segoe UI Symbol" w:cs="Segoe UI Symbol"/>
          <w:color w:val="000000" w:themeColor="text1"/>
        </w:rPr>
        <w:t>☐</w:t>
      </w:r>
      <w:r w:rsidRPr="00D1702B">
        <w:rPr>
          <w:rFonts w:ascii="Times New Roman" w:hAnsi="Times New Roman" w:cs="Times New Roman"/>
          <w:color w:val="000000" w:themeColor="text1"/>
        </w:rPr>
        <w:t xml:space="preserve">  che l’offerta è irrevocabile e vincolante per 180 giorni decorrenti dalla scadenza del termine di presentazione;</w:t>
      </w:r>
    </w:p>
    <w:p w14:paraId="03B0AAAE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Segoe UI Symbol" w:hAnsi="Segoe UI Symbol" w:cs="Segoe UI Symbol"/>
          <w:color w:val="000000" w:themeColor="text1"/>
        </w:rPr>
        <w:t>☐</w:t>
      </w:r>
      <w:r w:rsidRPr="00D1702B">
        <w:rPr>
          <w:rFonts w:ascii="Times New Roman" w:hAnsi="Times New Roman" w:cs="Times New Roman"/>
          <w:color w:val="000000" w:themeColor="text1"/>
        </w:rPr>
        <w:t xml:space="preserve">  di impegnarsi, in caso di aggiudicazione, al pagamento del prezzo offerto, detratto il deposito cauzionale secondo quanto previsto dall’avviso, nonché alla stipulazione dell’atto e al pagamento degli oneri posti a carico dell’acquirente.</w:t>
      </w:r>
    </w:p>
    <w:p w14:paraId="2B908731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In caso di discordanza tra l’importo in cifre e quello in lettere, si applica la regola stabilita dall’avviso d’asta.</w:t>
      </w:r>
    </w:p>
    <w:p w14:paraId="629F1C32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Luogo e data: ____________________________________</w:t>
      </w:r>
    </w:p>
    <w:p w14:paraId="0D098940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Firma leggibile del concorrente / legale rappresentante / procuratore:</w:t>
      </w:r>
    </w:p>
    <w:p w14:paraId="41E322FC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br/>
        <w:t>____________________________________________</w:t>
      </w:r>
    </w:p>
    <w:p w14:paraId="41C1E301" w14:textId="77777777" w:rsidR="00B21BA7" w:rsidRPr="00D1702B" w:rsidRDefault="00D1702B" w:rsidP="00D1702B">
      <w:pPr>
        <w:jc w:val="both"/>
        <w:rPr>
          <w:rFonts w:ascii="Times New Roman" w:hAnsi="Times New Roman" w:cs="Times New Roman"/>
          <w:color w:val="000000" w:themeColor="text1"/>
        </w:rPr>
      </w:pPr>
      <w:r w:rsidRPr="00D1702B">
        <w:rPr>
          <w:rFonts w:ascii="Times New Roman" w:hAnsi="Times New Roman" w:cs="Times New Roman"/>
          <w:color w:val="000000" w:themeColor="text1"/>
        </w:rPr>
        <w:t>AVVERTENZA: inserire questo modulo, sottoscritto, nella Busta B. La Busta B deve contenere esclusivamente l’offerta economica. Non inserire nella presente busta la domanda o altra documentazione amministrativa.</w:t>
      </w:r>
    </w:p>
    <w:sectPr w:rsidR="00B21BA7" w:rsidRPr="00D1702B" w:rsidSect="00034616">
      <w:headerReference w:type="default" r:id="rId8"/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9EF32" w14:textId="77777777" w:rsidR="00D1702B" w:rsidRDefault="00D1702B">
      <w:pPr>
        <w:spacing w:after="0" w:line="240" w:lineRule="auto"/>
      </w:pPr>
      <w:r>
        <w:separator/>
      </w:r>
    </w:p>
  </w:endnote>
  <w:endnote w:type="continuationSeparator" w:id="0">
    <w:p w14:paraId="01FDE6EE" w14:textId="77777777" w:rsidR="00D1702B" w:rsidRDefault="00D17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53A04" w14:textId="77777777" w:rsidR="00D1702B" w:rsidRDefault="00D1702B" w:rsidP="00D1702B">
    <w:pPr>
      <w:pStyle w:val="Pidipagina"/>
    </w:pPr>
    <w:r>
      <w:rPr>
        <w:noProof/>
      </w:rPr>
      <w:drawing>
        <wp:inline distT="0" distB="0" distL="0" distR="0" wp14:anchorId="547F9207" wp14:editId="3D1209EF">
          <wp:extent cx="1450975" cy="42672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97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</w:t>
    </w:r>
    <w:r>
      <w:rPr>
        <w:noProof/>
      </w:rPr>
      <w:drawing>
        <wp:inline distT="0" distB="0" distL="0" distR="0" wp14:anchorId="7813E52C" wp14:editId="2E4BB089">
          <wp:extent cx="952500" cy="9525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</w:t>
    </w:r>
    <w:r>
      <w:rPr>
        <w:noProof/>
      </w:rPr>
      <w:drawing>
        <wp:inline distT="0" distB="0" distL="0" distR="0" wp14:anchorId="28C052CF" wp14:editId="75359D46">
          <wp:extent cx="1219200" cy="73152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DC3D66A" w14:textId="1F6D7885" w:rsidR="00B21BA7" w:rsidRPr="00D1702B" w:rsidRDefault="00B21BA7" w:rsidP="00D170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05E59" w14:textId="77777777" w:rsidR="00D1702B" w:rsidRDefault="00D1702B">
      <w:pPr>
        <w:spacing w:after="0" w:line="240" w:lineRule="auto"/>
      </w:pPr>
      <w:r>
        <w:separator/>
      </w:r>
    </w:p>
  </w:footnote>
  <w:footnote w:type="continuationSeparator" w:id="0">
    <w:p w14:paraId="35334729" w14:textId="77777777" w:rsidR="00D1702B" w:rsidRDefault="00D17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E642" w14:textId="77777777" w:rsidR="00D1702B" w:rsidRPr="00540854" w:rsidRDefault="00D1702B" w:rsidP="00D1702B">
    <w:pPr>
      <w:jc w:val="center"/>
      <w:rPr>
        <w:lang w:eastAsia="it-IT"/>
      </w:rPr>
    </w:pPr>
    <w:r>
      <w:rPr>
        <w:noProof/>
      </w:rPr>
      <w:drawing>
        <wp:inline distT="0" distB="0" distL="0" distR="0" wp14:anchorId="6CDF4249" wp14:editId="4BFED032">
          <wp:extent cx="1038225" cy="1257300"/>
          <wp:effectExtent l="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AE8031" w14:textId="77777777" w:rsidR="00D1702B" w:rsidRPr="00C3209C" w:rsidRDefault="00D1702B" w:rsidP="00D1702B">
    <w:pPr>
      <w:keepNext/>
      <w:jc w:val="center"/>
      <w:outlineLvl w:val="0"/>
      <w:rPr>
        <w:rFonts w:ascii="Times New Roman" w:hAnsi="Times New Roman" w:cs="Times New Roman"/>
        <w:b/>
        <w:bCs/>
        <w:sz w:val="36"/>
        <w:lang w:eastAsia="it-IT"/>
      </w:rPr>
    </w:pPr>
    <w:r w:rsidRPr="00C3209C">
      <w:rPr>
        <w:rFonts w:ascii="Times New Roman" w:hAnsi="Times New Roman" w:cs="Times New Roman"/>
        <w:b/>
        <w:bCs/>
        <w:sz w:val="36"/>
        <w:lang w:eastAsia="it-IT"/>
      </w:rPr>
      <w:t>COMUNE DI CASTELNUOVO DON BOSCO</w:t>
    </w:r>
  </w:p>
  <w:p w14:paraId="6178A859" w14:textId="77777777" w:rsidR="00D1702B" w:rsidRPr="00C3209C" w:rsidRDefault="00D1702B" w:rsidP="00D1702B">
    <w:pPr>
      <w:keepNext/>
      <w:jc w:val="center"/>
      <w:outlineLvl w:val="1"/>
      <w:rPr>
        <w:rFonts w:ascii="Times New Roman" w:hAnsi="Times New Roman" w:cs="Times New Roman"/>
        <w:sz w:val="32"/>
        <w:szCs w:val="32"/>
        <w:lang w:eastAsia="it-IT"/>
      </w:rPr>
    </w:pPr>
    <w:r w:rsidRPr="00C3209C">
      <w:rPr>
        <w:rFonts w:ascii="Times New Roman" w:hAnsi="Times New Roman" w:cs="Times New Roman"/>
        <w:sz w:val="32"/>
        <w:szCs w:val="32"/>
        <w:lang w:eastAsia="it-IT"/>
      </w:rPr>
      <w:t>Provincia di Asti</w:t>
    </w:r>
  </w:p>
  <w:p w14:paraId="46E0660D" w14:textId="3DD3B3AE" w:rsidR="00B21BA7" w:rsidRPr="00D1702B" w:rsidRDefault="00B21BA7" w:rsidP="00D1702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60C0C21"/>
    <w:multiLevelType w:val="multilevel"/>
    <w:tmpl w:val="25244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3663835">
    <w:abstractNumId w:val="8"/>
  </w:num>
  <w:num w:numId="2" w16cid:durableId="123699189">
    <w:abstractNumId w:val="6"/>
  </w:num>
  <w:num w:numId="3" w16cid:durableId="1197308094">
    <w:abstractNumId w:val="5"/>
  </w:num>
  <w:num w:numId="4" w16cid:durableId="1397819751">
    <w:abstractNumId w:val="4"/>
  </w:num>
  <w:num w:numId="5" w16cid:durableId="664554647">
    <w:abstractNumId w:val="7"/>
  </w:num>
  <w:num w:numId="6" w16cid:durableId="1204517560">
    <w:abstractNumId w:val="3"/>
  </w:num>
  <w:num w:numId="7" w16cid:durableId="1427382055">
    <w:abstractNumId w:val="2"/>
  </w:num>
  <w:num w:numId="8" w16cid:durableId="498619025">
    <w:abstractNumId w:val="1"/>
  </w:num>
  <w:num w:numId="9" w16cid:durableId="1229727255">
    <w:abstractNumId w:val="0"/>
  </w:num>
  <w:num w:numId="10" w16cid:durableId="614116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5E00"/>
    <w:rsid w:val="00AA1D8D"/>
    <w:rsid w:val="00B21BA7"/>
    <w:rsid w:val="00B47730"/>
    <w:rsid w:val="00CB0664"/>
    <w:rsid w:val="00D170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97302A"/>
  <w14:defaultImageDpi w14:val="300"/>
  <w15:docId w15:val="{36C8A92C-55D0-4CD6-B7E7-78CA2687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de stefano</cp:lastModifiedBy>
  <cp:revision>2</cp:revision>
  <dcterms:created xsi:type="dcterms:W3CDTF">2026-11-04T15:58:00Z</dcterms:created>
  <dcterms:modified xsi:type="dcterms:W3CDTF">2026-11-04T15:58:00Z</dcterms:modified>
  <cp:category/>
</cp:coreProperties>
</file>