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431FB" w14:textId="77777777" w:rsidR="00921CEB" w:rsidRPr="00947B3F" w:rsidRDefault="00000000" w:rsidP="00947B3F">
      <w:pPr>
        <w:pStyle w:val="Titolo"/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ALLEGATO H – ATTESTAZIONE DI AVVENUTO SOPRALLUOGO</w:t>
      </w:r>
    </w:p>
    <w:p w14:paraId="192E2FDF" w14:textId="77777777" w:rsidR="00921CEB" w:rsidRPr="00947B3F" w:rsidRDefault="00000000" w:rsidP="00947B3F">
      <w:pPr>
        <w:jc w:val="center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b/>
          <w:color w:val="000000" w:themeColor="text1"/>
        </w:rPr>
        <w:t>Asta pubblica per l’alienazione dell’immobile comunale denominato “Antico poligono di tiro”</w:t>
      </w:r>
    </w:p>
    <w:p w14:paraId="1BEF2EA5" w14:textId="77777777" w:rsidR="00921CEB" w:rsidRPr="00947B3F" w:rsidRDefault="00000000" w:rsidP="00947B3F">
      <w:pPr>
        <w:jc w:val="center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b/>
          <w:color w:val="000000" w:themeColor="text1"/>
        </w:rPr>
        <w:t>Da inserire nella BUSTA A – DOCUMENTAZIONE AMMINISTRATIVA</w:t>
      </w:r>
    </w:p>
    <w:p w14:paraId="41DD1EFF" w14:textId="77777777" w:rsidR="00921CEB" w:rsidRPr="00947B3F" w:rsidRDefault="00921CEB" w:rsidP="00947B3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AFAF92C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Il/La sottoscritto/a ______________________________________________________________________</w:t>
      </w:r>
    </w:p>
    <w:p w14:paraId="6935F356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in qualità di _____________________________________________________________________________</w:t>
      </w:r>
    </w:p>
    <w:p w14:paraId="55C508BA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per conto di (eventuale denominazione concorrente) ___________________________________________</w:t>
      </w:r>
    </w:p>
    <w:p w14:paraId="02ECA349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codice fiscale / partita IVA _________________________________________________________________</w:t>
      </w:r>
    </w:p>
    <w:p w14:paraId="4B40E795" w14:textId="77777777" w:rsidR="00921CEB" w:rsidRPr="00947B3F" w:rsidRDefault="00921CEB" w:rsidP="00947B3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4012496" w14:textId="77777777" w:rsidR="00921CEB" w:rsidRPr="00947B3F" w:rsidRDefault="00000000" w:rsidP="00947B3F">
      <w:pPr>
        <w:pStyle w:val="Titolo1"/>
        <w:jc w:val="center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DICHIARA</w:t>
      </w:r>
    </w:p>
    <w:p w14:paraId="0AE556BA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di avere effettuato in data ______________________, alle ore __________, il sopralluogo presso l’immobile comunale denominato “Antico poligono di tiro”, sito in Castelnuovo Don Bosco (AT), via San Giovanni s.n.c., identificato al Catasto Fabbricati al Foglio 10, particella 860, subalterno 1.</w:t>
      </w:r>
    </w:p>
    <w:p w14:paraId="1B3CD4F2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Il sopralluogo è stato effettuato dal/dalla sottoscritto/a:</w:t>
      </w:r>
    </w:p>
    <w:p w14:paraId="341FA305" w14:textId="77777777" w:rsidR="00947B3F" w:rsidRPr="004C7697" w:rsidRDefault="00000000" w:rsidP="00947B3F">
      <w:pPr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947B3F">
        <w:rPr>
          <w:rFonts w:ascii="Segoe UI Symbol" w:hAnsi="Segoe UI Symbol" w:cs="Segoe UI Symbol"/>
          <w:color w:val="000000" w:themeColor="text1"/>
        </w:rPr>
        <w:t>☐</w:t>
      </w:r>
      <w:r w:rsidRPr="00947B3F">
        <w:rPr>
          <w:rFonts w:ascii="Times New Roman" w:hAnsi="Times New Roman" w:cs="Times New Roman"/>
          <w:color w:val="000000" w:themeColor="text1"/>
        </w:rPr>
        <w:t xml:space="preserve"> quale </w:t>
      </w:r>
      <w:r w:rsidRPr="004C7697">
        <w:rPr>
          <w:rFonts w:ascii="Times New Roman" w:hAnsi="Times New Roman" w:cs="Times New Roman"/>
          <w:color w:val="000000" w:themeColor="text1"/>
          <w:lang w:val="it-IT"/>
        </w:rPr>
        <w:t>concorrente / legale rappresentante</w:t>
      </w:r>
    </w:p>
    <w:p w14:paraId="07C2044F" w14:textId="3CBDB72E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4C7697">
        <w:rPr>
          <w:rFonts w:ascii="Segoe UI Symbol" w:hAnsi="Segoe UI Symbol" w:cs="Segoe UI Symbol"/>
          <w:color w:val="000000" w:themeColor="text1"/>
          <w:lang w:val="it-IT"/>
        </w:rPr>
        <w:t>☐</w:t>
      </w:r>
      <w:r w:rsidRPr="004C7697">
        <w:rPr>
          <w:rFonts w:ascii="Times New Roman" w:hAnsi="Times New Roman" w:cs="Times New Roman"/>
          <w:color w:val="000000" w:themeColor="text1"/>
          <w:lang w:val="it-IT"/>
        </w:rPr>
        <w:t xml:space="preserve"> quale delegato/a del concorrente, munito</w:t>
      </w:r>
      <w:r w:rsidRPr="00947B3F">
        <w:rPr>
          <w:rFonts w:ascii="Times New Roman" w:hAnsi="Times New Roman" w:cs="Times New Roman"/>
          <w:color w:val="000000" w:themeColor="text1"/>
        </w:rPr>
        <w:t>/a di delega (da allegare)</w:t>
      </w:r>
    </w:p>
    <w:p w14:paraId="392C0D9C" w14:textId="77777777" w:rsidR="00921CEB" w:rsidRPr="00947B3F" w:rsidRDefault="00921CEB" w:rsidP="00947B3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A12FB60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Luogo e data: ____________________________________</w:t>
      </w:r>
    </w:p>
    <w:p w14:paraId="75428CAE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Firma del concorrente o del delegato:</w:t>
      </w:r>
    </w:p>
    <w:p w14:paraId="151BE440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br/>
        <w:t>____________________________________________</w:t>
      </w:r>
    </w:p>
    <w:p w14:paraId="6A103A99" w14:textId="77777777" w:rsidR="00921CEB" w:rsidRPr="00947B3F" w:rsidRDefault="00921CEB" w:rsidP="00947B3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BA4E723" w14:textId="77777777" w:rsidR="00921CEB" w:rsidRPr="00947B3F" w:rsidRDefault="00000000" w:rsidP="00947B3F">
      <w:pPr>
        <w:pStyle w:val="Titolo1"/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lastRenderedPageBreak/>
        <w:t>ATTESTAZIONE DELL’INCARICATO COMUNALE</w:t>
      </w:r>
    </w:p>
    <w:p w14:paraId="5043DE3D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Si attesta che il sopralluogo sopra indicato è stato effettuato in data e ora dichiarate.</w:t>
      </w:r>
    </w:p>
    <w:p w14:paraId="56B1B0A9" w14:textId="77777777" w:rsidR="00921CEB" w:rsidRPr="00947B3F" w:rsidRDefault="00921CEB" w:rsidP="00947B3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9D32FD0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Luogo e data: ____________________________________</w:t>
      </w:r>
    </w:p>
    <w:p w14:paraId="35DE3866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Nome e qualifica dell’incaricato comunale: _________________________________________________</w:t>
      </w:r>
    </w:p>
    <w:p w14:paraId="3AD5A31E" w14:textId="77777777" w:rsidR="004C7697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 xml:space="preserve">Firma dell’incaricato: ______________________________    </w:t>
      </w:r>
    </w:p>
    <w:p w14:paraId="099D4E3A" w14:textId="77777777" w:rsidR="004C7697" w:rsidRDefault="004C7697" w:rsidP="00947B3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9266205" w14:textId="30DF827A" w:rsidR="00921CEB" w:rsidRPr="004C7697" w:rsidRDefault="00000000" w:rsidP="00947B3F">
      <w:pPr>
        <w:jc w:val="both"/>
        <w:rPr>
          <w:rFonts w:ascii="Times New Roman" w:hAnsi="Times New Roman" w:cs="Times New Roman"/>
          <w:color w:val="000000" w:themeColor="text1"/>
          <w:lang w:val="it-IT"/>
        </w:rPr>
      </w:pPr>
      <w:r w:rsidRPr="004C7697">
        <w:rPr>
          <w:rFonts w:ascii="Times New Roman" w:hAnsi="Times New Roman" w:cs="Times New Roman"/>
          <w:color w:val="000000" w:themeColor="text1"/>
          <w:lang w:val="it-IT"/>
        </w:rPr>
        <w:t>Timbro dell’Ente:</w:t>
      </w:r>
    </w:p>
    <w:p w14:paraId="408B1FCD" w14:textId="77777777" w:rsidR="00921CEB" w:rsidRPr="00947B3F" w:rsidRDefault="00921CEB" w:rsidP="00947B3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44FC7FA" w14:textId="77777777" w:rsidR="00921CEB" w:rsidRPr="00947B3F" w:rsidRDefault="00000000" w:rsidP="00947B3F">
      <w:pPr>
        <w:jc w:val="both"/>
        <w:rPr>
          <w:rFonts w:ascii="Times New Roman" w:hAnsi="Times New Roman" w:cs="Times New Roman"/>
          <w:color w:val="000000" w:themeColor="text1"/>
        </w:rPr>
      </w:pPr>
      <w:r w:rsidRPr="00947B3F">
        <w:rPr>
          <w:rFonts w:ascii="Times New Roman" w:hAnsi="Times New Roman" w:cs="Times New Roman"/>
          <w:color w:val="000000" w:themeColor="text1"/>
        </w:rPr>
        <w:t>Nota: il sopralluogo è facoltativo e deve essere effettuato entro il 4 dicembre 2026, previo appuntamento secondo le modalità indicate nell’avviso d’asta. La mancata effettuazione non costituisce causa di esclusione.</w:t>
      </w:r>
    </w:p>
    <w:sectPr w:rsidR="00921CEB" w:rsidRPr="00947B3F" w:rsidSect="00034616">
      <w:headerReference w:type="default" r:id="rId8"/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34A6" w14:textId="77777777" w:rsidR="00EE5195" w:rsidRDefault="00EE5195">
      <w:pPr>
        <w:spacing w:after="0" w:line="240" w:lineRule="auto"/>
      </w:pPr>
      <w:r>
        <w:separator/>
      </w:r>
    </w:p>
  </w:endnote>
  <w:endnote w:type="continuationSeparator" w:id="0">
    <w:p w14:paraId="62B36B0F" w14:textId="77777777" w:rsidR="00EE5195" w:rsidRDefault="00EE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D05A1" w14:textId="7D98DA4F" w:rsidR="00947B3F" w:rsidRDefault="00947B3F" w:rsidP="00947B3F">
    <w:pPr>
      <w:pStyle w:val="Pidipagina"/>
    </w:pPr>
    <w:r>
      <w:rPr>
        <w:noProof/>
      </w:rPr>
      <w:drawing>
        <wp:inline distT="0" distB="0" distL="0" distR="0" wp14:anchorId="6C5DF9C8" wp14:editId="6C445714">
          <wp:extent cx="1450975" cy="42672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</w:t>
    </w:r>
    <w:r>
      <w:rPr>
        <w:noProof/>
      </w:rPr>
      <w:drawing>
        <wp:inline distT="0" distB="0" distL="0" distR="0" wp14:anchorId="14CD89FD" wp14:editId="2C335BCB">
          <wp:extent cx="952500" cy="9525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</w:t>
    </w:r>
    <w:r>
      <w:rPr>
        <w:noProof/>
      </w:rPr>
      <w:drawing>
        <wp:inline distT="0" distB="0" distL="0" distR="0" wp14:anchorId="49554D04" wp14:editId="68787D39">
          <wp:extent cx="1219200" cy="73152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A59010" w14:textId="755C80FB" w:rsidR="00921CEB" w:rsidRPr="00947B3F" w:rsidRDefault="00921CEB" w:rsidP="00947B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2CDD9" w14:textId="77777777" w:rsidR="00EE5195" w:rsidRDefault="00EE5195">
      <w:pPr>
        <w:spacing w:after="0" w:line="240" w:lineRule="auto"/>
      </w:pPr>
      <w:r>
        <w:separator/>
      </w:r>
    </w:p>
  </w:footnote>
  <w:footnote w:type="continuationSeparator" w:id="0">
    <w:p w14:paraId="18214315" w14:textId="77777777" w:rsidR="00EE5195" w:rsidRDefault="00EE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A2DE" w14:textId="77777777" w:rsidR="00947B3F" w:rsidRPr="00540854" w:rsidRDefault="00947B3F" w:rsidP="00947B3F">
    <w:pPr>
      <w:jc w:val="center"/>
      <w:rPr>
        <w:lang w:eastAsia="it-IT"/>
      </w:rPr>
    </w:pPr>
    <w:r>
      <w:rPr>
        <w:noProof/>
      </w:rPr>
      <w:drawing>
        <wp:inline distT="0" distB="0" distL="0" distR="0" wp14:anchorId="354AE6B5" wp14:editId="1581807A">
          <wp:extent cx="1038225" cy="1257300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7F963" w14:textId="77777777" w:rsidR="00947B3F" w:rsidRPr="00C3209C" w:rsidRDefault="00947B3F" w:rsidP="00947B3F">
    <w:pPr>
      <w:keepNext/>
      <w:jc w:val="center"/>
      <w:outlineLvl w:val="0"/>
      <w:rPr>
        <w:rFonts w:ascii="Times New Roman" w:hAnsi="Times New Roman" w:cs="Times New Roman"/>
        <w:b/>
        <w:bCs/>
        <w:sz w:val="36"/>
        <w:lang w:eastAsia="it-IT"/>
      </w:rPr>
    </w:pPr>
    <w:r w:rsidRPr="00C3209C">
      <w:rPr>
        <w:rFonts w:ascii="Times New Roman" w:hAnsi="Times New Roman" w:cs="Times New Roman"/>
        <w:b/>
        <w:bCs/>
        <w:sz w:val="36"/>
        <w:lang w:eastAsia="it-IT"/>
      </w:rPr>
      <w:t>COMUNE DI CASTELNUOVO DON BOSCO</w:t>
    </w:r>
  </w:p>
  <w:p w14:paraId="63E72387" w14:textId="77777777" w:rsidR="00947B3F" w:rsidRPr="00C3209C" w:rsidRDefault="00947B3F" w:rsidP="00947B3F">
    <w:pPr>
      <w:keepNext/>
      <w:jc w:val="center"/>
      <w:outlineLvl w:val="1"/>
      <w:rPr>
        <w:rFonts w:ascii="Times New Roman" w:hAnsi="Times New Roman" w:cs="Times New Roman"/>
        <w:sz w:val="32"/>
        <w:szCs w:val="32"/>
        <w:lang w:eastAsia="it-IT"/>
      </w:rPr>
    </w:pPr>
    <w:r w:rsidRPr="00C3209C">
      <w:rPr>
        <w:rFonts w:ascii="Times New Roman" w:hAnsi="Times New Roman" w:cs="Times New Roman"/>
        <w:sz w:val="32"/>
        <w:szCs w:val="32"/>
        <w:lang w:eastAsia="it-IT"/>
      </w:rPr>
      <w:t>Provincia di Asti</w:t>
    </w:r>
  </w:p>
  <w:p w14:paraId="09FDE1A9" w14:textId="787F4FA7" w:rsidR="00921CEB" w:rsidRPr="00947B3F" w:rsidRDefault="00921CEB" w:rsidP="00947B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8160295">
    <w:abstractNumId w:val="8"/>
  </w:num>
  <w:num w:numId="2" w16cid:durableId="2138645321">
    <w:abstractNumId w:val="6"/>
  </w:num>
  <w:num w:numId="3" w16cid:durableId="1032270735">
    <w:abstractNumId w:val="5"/>
  </w:num>
  <w:num w:numId="4" w16cid:durableId="2108037162">
    <w:abstractNumId w:val="4"/>
  </w:num>
  <w:num w:numId="5" w16cid:durableId="213153713">
    <w:abstractNumId w:val="7"/>
  </w:num>
  <w:num w:numId="6" w16cid:durableId="267201474">
    <w:abstractNumId w:val="3"/>
  </w:num>
  <w:num w:numId="7" w16cid:durableId="1216969281">
    <w:abstractNumId w:val="2"/>
  </w:num>
  <w:num w:numId="8" w16cid:durableId="1489832449">
    <w:abstractNumId w:val="1"/>
  </w:num>
  <w:num w:numId="9" w16cid:durableId="9248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5E00"/>
    <w:rsid w:val="004C7697"/>
    <w:rsid w:val="00921CEB"/>
    <w:rsid w:val="00947B3F"/>
    <w:rsid w:val="00AA1D8D"/>
    <w:rsid w:val="00B47730"/>
    <w:rsid w:val="00CB0664"/>
    <w:rsid w:val="00EE51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6C8A92C-55D0-4CD6-B7E7-78CA2687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/>
    </w:pPr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de stefano</cp:lastModifiedBy>
  <cp:revision>3</cp:revision>
  <dcterms:created xsi:type="dcterms:W3CDTF">2013-12-23T23:15:00Z</dcterms:created>
  <dcterms:modified xsi:type="dcterms:W3CDTF">2026-11-04T16:04:00Z</dcterms:modified>
  <cp:category/>
</cp:coreProperties>
</file>